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3EF8" w14:textId="77777777" w:rsidR="00ED47EF" w:rsidRDefault="00000000">
      <w:pPr>
        <w:spacing w:after="80"/>
        <w:jc w:val="center"/>
      </w:pPr>
      <w:r>
        <w:rPr>
          <w:b/>
          <w:color w:val="4A90E2"/>
          <w:sz w:val="44"/>
        </w:rPr>
        <w:t>Villa Vrolijk</w:t>
      </w:r>
    </w:p>
    <w:p w14:paraId="4A39E0E6" w14:textId="170B34ED" w:rsidR="001615FE" w:rsidRDefault="00000000" w:rsidP="001615FE">
      <w:pPr>
        <w:spacing w:after="480"/>
        <w:jc w:val="center"/>
        <w:rPr>
          <w:i/>
          <w:color w:val="555555"/>
          <w:sz w:val="28"/>
        </w:rPr>
      </w:pPr>
      <w:proofErr w:type="spellStart"/>
      <w:r>
        <w:rPr>
          <w:i/>
          <w:color w:val="555555"/>
          <w:sz w:val="28"/>
        </w:rPr>
        <w:t>Overeenkomst</w:t>
      </w:r>
      <w:proofErr w:type="spellEnd"/>
      <w:r>
        <w:rPr>
          <w:i/>
          <w:color w:val="555555"/>
          <w:sz w:val="28"/>
        </w:rPr>
        <w:t xml:space="preserve"> </w:t>
      </w:r>
      <w:proofErr w:type="spellStart"/>
      <w:r>
        <w:rPr>
          <w:i/>
          <w:color w:val="555555"/>
          <w:sz w:val="28"/>
        </w:rPr>
        <w:t>gebruik</w:t>
      </w:r>
      <w:proofErr w:type="spellEnd"/>
      <w:r>
        <w:rPr>
          <w:i/>
          <w:color w:val="555555"/>
          <w:sz w:val="28"/>
        </w:rPr>
        <w:t xml:space="preserve"> </w:t>
      </w:r>
      <w:proofErr w:type="spellStart"/>
      <w:r>
        <w:rPr>
          <w:i/>
          <w:color w:val="555555"/>
          <w:sz w:val="28"/>
        </w:rPr>
        <w:t>geneesmiddelen</w:t>
      </w:r>
      <w:proofErr w:type="spellEnd"/>
      <w:r w:rsidR="001615FE">
        <w:rPr>
          <w:i/>
          <w:color w:val="555555"/>
          <w:sz w:val="28"/>
        </w:rPr>
        <w:t xml:space="preserve"> 2026</w:t>
      </w:r>
    </w:p>
    <w:p w14:paraId="149F88FF" w14:textId="6A9AC692" w:rsidR="001615FE" w:rsidRPr="001615FE" w:rsidRDefault="001615FE" w:rsidP="001615FE">
      <w:pPr>
        <w:spacing w:after="480"/>
        <w:jc w:val="center"/>
        <w:rPr>
          <w:i/>
          <w:color w:val="555555"/>
          <w:sz w:val="28"/>
        </w:rPr>
      </w:pPr>
      <w:r>
        <w:rPr>
          <w:i/>
          <w:noProof/>
          <w:color w:val="555555"/>
          <w:sz w:val="28"/>
        </w:rPr>
        <w:t xml:space="preserve">   </w:t>
      </w:r>
      <w:r>
        <w:rPr>
          <w:i/>
          <w:noProof/>
          <w:color w:val="555555"/>
          <w:sz w:val="28"/>
        </w:rPr>
        <w:drawing>
          <wp:inline distT="0" distB="0" distL="0" distR="0" wp14:anchorId="4EC0AC40" wp14:editId="509CF70E">
            <wp:extent cx="1579245" cy="1501775"/>
            <wp:effectExtent l="0" t="0" r="1905" b="3175"/>
            <wp:docPr id="8112555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55512" name="Afbeelding 811255512"/>
                    <pic:cNvPicPr/>
                  </pic:nvPicPr>
                  <pic:blipFill>
                    <a:blip r:embed="rId6"/>
                    <a:stretch>
                      <a:fillRect/>
                    </a:stretch>
                  </pic:blipFill>
                  <pic:spPr>
                    <a:xfrm>
                      <a:off x="0" y="0"/>
                      <a:ext cx="1579245" cy="1501775"/>
                    </a:xfrm>
                    <a:prstGeom prst="rect">
                      <a:avLst/>
                    </a:prstGeom>
                  </pic:spPr>
                </pic:pic>
              </a:graphicData>
            </a:graphic>
          </wp:inline>
        </w:drawing>
      </w:r>
    </w:p>
    <w:p w14:paraId="520291EA" w14:textId="77777777" w:rsidR="00ED47EF" w:rsidRDefault="00000000">
      <w:pPr>
        <w:keepNext/>
        <w:spacing w:before="280" w:after="120"/>
      </w:pPr>
      <w:r>
        <w:rPr>
          <w:b/>
          <w:color w:val="2C3E50"/>
          <w:sz w:val="24"/>
        </w:rPr>
        <w:t>1. Gegevens Kind en Ouder/Verzorger</w:t>
      </w:r>
    </w:p>
    <w:p w14:paraId="47A4A063" w14:textId="77777777" w:rsidR="00ED47EF" w:rsidRDefault="00000000">
      <w:pPr>
        <w:spacing w:after="80"/>
      </w:pPr>
      <w:r>
        <w:t>Naam ouder/verzorger: __________________________________________________</w:t>
      </w:r>
    </w:p>
    <w:p w14:paraId="11A9E2C4" w14:textId="77777777" w:rsidR="00ED47EF" w:rsidRDefault="00000000">
      <w:pPr>
        <w:spacing w:after="80"/>
      </w:pPr>
      <w:r>
        <w:t>Naam kind: __________________________________________________</w:t>
      </w:r>
    </w:p>
    <w:p w14:paraId="3D6D22CA" w14:textId="77777777" w:rsidR="00ED47EF" w:rsidRDefault="00000000">
      <w:pPr>
        <w:spacing w:after="80"/>
      </w:pPr>
      <w:r>
        <w:t>Geboortedatum kind: ____ - ____ - ________   |   Groep: ________________________</w:t>
      </w:r>
    </w:p>
    <w:p w14:paraId="1EDC71F5" w14:textId="77777777" w:rsidR="00ED47EF" w:rsidRDefault="00000000">
      <w:pPr>
        <w:spacing w:after="80"/>
      </w:pPr>
      <w:r>
        <w:t>Noodtelefoonnummer ouder(s): ____________________________________________</w:t>
      </w:r>
    </w:p>
    <w:p w14:paraId="0A0C7DED" w14:textId="77777777" w:rsidR="00ED47EF" w:rsidRDefault="00000000">
      <w:pPr>
        <w:keepNext/>
        <w:spacing w:before="280" w:after="120"/>
      </w:pPr>
      <w:r>
        <w:rPr>
          <w:b/>
          <w:color w:val="2C3E50"/>
          <w:sz w:val="24"/>
        </w:rPr>
        <w:t>2. Gegevens Medicatie &amp; Toestemming</w:t>
      </w:r>
    </w:p>
    <w:p w14:paraId="1C47B03C" w14:textId="77777777" w:rsidR="00ED47EF" w:rsidRDefault="00000000">
      <w:pPr>
        <w:spacing w:after="160"/>
      </w:pPr>
      <w:r>
        <w:t>Hierby geeft de ondergetekende ouder/verzorger toestemming aan de aanwezige pedagogisch medewerkers van Villa Vrolijk om tijdens het verblijf het onderstaande geneesmiddel toe te dienen. Het geneesmiddel wordt uitsluitend toegediend conform het officiële apotheeketiket (bij voorgeschreven medicatie) óf conform de bijsluiter en dit formulier (bij zelfzorgmedicatie).</w:t>
      </w:r>
    </w:p>
    <w:p w14:paraId="0540BE0D" w14:textId="77777777" w:rsidR="00ED47EF" w:rsidRDefault="00000000">
      <w:pPr>
        <w:spacing w:after="80"/>
      </w:pPr>
      <w:r>
        <w:t>Naam geneesmiddel: __________________________________________________</w:t>
      </w:r>
    </w:p>
    <w:p w14:paraId="1FC79A71" w14:textId="77777777" w:rsidR="00ED47EF" w:rsidRDefault="00000000">
      <w:pPr>
        <w:spacing w:after="80"/>
      </w:pPr>
      <w:r>
        <w:t>Type medicatie:  [  ] Voorgeschreven door arts   /   [  ] Zelfzorgmedicatie (vrij verkrijgbaar)</w:t>
      </w:r>
    </w:p>
    <w:p w14:paraId="477CB0D9" w14:textId="77777777" w:rsidR="00ED47EF" w:rsidRDefault="00000000">
      <w:pPr>
        <w:spacing w:after="80"/>
      </w:pPr>
      <w:r>
        <w:t>Naam en telefoonnummer behandelend arts (indien van toepassing): ___________________________</w:t>
      </w:r>
    </w:p>
    <w:p w14:paraId="15995FD5" w14:textId="77777777" w:rsidR="00ED47EF" w:rsidRDefault="00000000">
      <w:pPr>
        <w:spacing w:after="80"/>
      </w:pPr>
      <w:r>
        <w:t>Reden / klacht voor toediening: __________________________________________________</w:t>
      </w:r>
    </w:p>
    <w:p w14:paraId="37FE308B" w14:textId="77777777" w:rsidR="00ED47EF" w:rsidRDefault="00000000">
      <w:pPr>
        <w:spacing w:after="80"/>
      </w:pPr>
      <w:r>
        <w:t>Is dit medicijn al eerder thuis aan het kind toegediend?  [  ] Ja   /   [  ] Nee</w:t>
      </w:r>
      <w:r>
        <w:br/>
        <w:t>*(Wegens veiligheid en allergierisico mag de opvang de allereerste dosering van een nieuw medicijn nooit toedienen)*</w:t>
      </w:r>
    </w:p>
    <w:p w14:paraId="2D9906E2" w14:textId="77777777" w:rsidR="00ED47EF" w:rsidRDefault="00000000">
      <w:pPr>
        <w:keepNext/>
        <w:spacing w:before="280" w:after="120"/>
      </w:pPr>
      <w:r>
        <w:rPr>
          <w:b/>
          <w:color w:val="2C3E50"/>
          <w:sz w:val="24"/>
        </w:rPr>
        <w:t>3. Instructie voor Toediening &amp; Bewaren</w:t>
      </w:r>
    </w:p>
    <w:p w14:paraId="62A9E364" w14:textId="77777777" w:rsidR="00ED47EF" w:rsidRDefault="00000000">
      <w:pPr>
        <w:spacing w:after="80"/>
      </w:pPr>
      <w:r>
        <w:t>Ingangsdatum: ____ - ____ - ________   |   Einddatum: ____ - ____ - ________ *(Max. 3 maanden voor chronisch)*</w:t>
      </w:r>
    </w:p>
    <w:p w14:paraId="2A85649F" w14:textId="77777777" w:rsidR="00ED47EF" w:rsidRDefault="00000000">
      <w:pPr>
        <w:spacing w:after="80"/>
      </w:pPr>
      <w:r>
        <w:t>Exacte dosering (hoeveelheid per keer): __________________________________________________</w:t>
      </w:r>
    </w:p>
    <w:p w14:paraId="5A71F3D0" w14:textId="77777777" w:rsidR="00ED47EF" w:rsidRDefault="00000000">
      <w:pPr>
        <w:spacing w:after="80"/>
      </w:pPr>
      <w:r>
        <w:t>Exacte tijdstip(pen) van toediening op de opvang: ____________________________________________</w:t>
      </w:r>
    </w:p>
    <w:p w14:paraId="60A35A69" w14:textId="77777777" w:rsidR="00ED47EF" w:rsidRDefault="00000000">
      <w:pPr>
        <w:spacing w:after="80"/>
      </w:pPr>
      <w:r>
        <w:t>Wijze van toedienen:  [  ] Mond  [  ] Neus  [  ] Oor  [  ] Huid  [  ] Inhalatie/Pufje  [  ] Anders: _________</w:t>
      </w:r>
    </w:p>
    <w:p w14:paraId="75D064E7" w14:textId="77777777" w:rsidR="00ED47EF" w:rsidRDefault="00000000">
      <w:pPr>
        <w:spacing w:after="80"/>
      </w:pPr>
      <w:r>
        <w:lastRenderedPageBreak/>
        <w:t>Bijzondere aanwijzingen (bijv. voor/na maaltijd, niet met melk, zittend of liggend innemen):</w:t>
      </w:r>
      <w:r>
        <w:br/>
        <w:t>__________________________________________________________________________________________</w:t>
      </w:r>
    </w:p>
    <w:p w14:paraId="56BBEE4C" w14:textId="77777777" w:rsidR="00ED47EF" w:rsidRDefault="00000000">
      <w:pPr>
        <w:spacing w:after="80"/>
      </w:pPr>
      <w:r>
        <w:t>Bewaarplek op de opvang:  [  ] Gekoeld (in afgesloten box in medicijnkoelkast 2-7°C)   /   [  ] Buiten koelkast</w:t>
      </w:r>
    </w:p>
    <w:p w14:paraId="02B1C789" w14:textId="77777777" w:rsidR="00ED47EF" w:rsidRDefault="00000000">
      <w:pPr>
        <w:spacing w:after="80"/>
      </w:pPr>
      <w:r>
        <w:t>Houdbaarheidsdatum medicijn: ____ - ____ - ________   |   (Bij vloeistof) Datum van opening: ____ - ____ - ________</w:t>
      </w:r>
    </w:p>
    <w:p w14:paraId="794071C9" w14:textId="77777777" w:rsidR="00ED47EF" w:rsidRDefault="00000000">
      <w:pPr>
        <w:keepNext/>
        <w:spacing w:before="280" w:after="120"/>
      </w:pPr>
      <w:r>
        <w:rPr>
          <w:b/>
          <w:color w:val="2C3E50"/>
          <w:sz w:val="24"/>
        </w:rPr>
        <w:t>4. Ondertekening (Voor Akkoord)</w:t>
      </w:r>
    </w:p>
    <w:p w14:paraId="385A33DE" w14:textId="77777777" w:rsidR="00ED47EF" w:rsidRDefault="00000000">
      <w:pPr>
        <w:spacing w:after="160"/>
      </w:pPr>
      <w:r>
        <w:t>Ouder verklaart het medicijn in de originele verpakking inclusief Nederlandse bijsluiter en (indien van toepassing) apotheeketiket op naam van het kind te overhandigen. Bij wijziging van dosering of stopzetting wordt direct een nieuw formulier ingevuld.</w:t>
      </w:r>
    </w:p>
    <w:p w14:paraId="7784A230" w14:textId="77777777" w:rsidR="00ED47EF" w:rsidRDefault="00000000">
      <w:pPr>
        <w:spacing w:after="280"/>
      </w:pPr>
      <w:r>
        <w:rPr>
          <w:color w:val="888888"/>
        </w:rPr>
        <w:t>Handtekening ouder/verzorger:</w:t>
      </w:r>
      <w:r>
        <w:rPr>
          <w:color w:val="888888"/>
        </w:rPr>
        <w:tab/>
      </w:r>
      <w:r>
        <w:rPr>
          <w:color w:val="888888"/>
        </w:rPr>
        <w:tab/>
      </w:r>
      <w:r>
        <w:rPr>
          <w:color w:val="888888"/>
        </w:rPr>
        <w:tab/>
        <w:t>Handtekening pedagogisch medewerker:</w:t>
      </w:r>
      <w:r>
        <w:rPr>
          <w:color w:val="888888"/>
        </w:rPr>
        <w:br/>
      </w:r>
      <w:r>
        <w:rPr>
          <w:color w:val="888888"/>
        </w:rPr>
        <w:br/>
      </w:r>
      <w:r>
        <w:rPr>
          <w:color w:val="888888"/>
        </w:rPr>
        <w:br/>
      </w:r>
      <w:r>
        <w:t>Naam: _______________________</w:t>
      </w:r>
      <w:r>
        <w:tab/>
      </w:r>
      <w:r>
        <w:tab/>
      </w:r>
      <w:r>
        <w:tab/>
        <w:t>Naam: _______________________</w:t>
      </w:r>
      <w:r>
        <w:br/>
        <w:t>Datum: ______________________</w:t>
      </w:r>
      <w:r>
        <w:tab/>
      </w:r>
      <w:r>
        <w:tab/>
      </w:r>
      <w:r>
        <w:tab/>
        <w:t>Plaats &amp; Datum: ______________________</w:t>
      </w:r>
    </w:p>
    <w:p w14:paraId="364F03C6" w14:textId="446DFA74" w:rsidR="00ED47EF" w:rsidRDefault="00ED47EF"/>
    <w:sectPr w:rsidR="00ED47EF"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A6CA41A8"/>
    <w:lvl w:ilvl="0">
      <w:start w:val="1"/>
      <w:numFmt w:val="bullet"/>
      <w:pStyle w:val="Lijstopsomteken"/>
      <w:lvlText w:val=""/>
      <w:lvlJc w:val="left"/>
      <w:pPr>
        <w:tabs>
          <w:tab w:val="num" w:pos="360"/>
        </w:tabs>
        <w:ind w:left="360" w:hanging="360"/>
      </w:pPr>
      <w:rPr>
        <w:rFonts w:ascii="Symbol" w:hAnsi="Symbol" w:hint="default"/>
      </w:rPr>
    </w:lvl>
  </w:abstractNum>
  <w:num w:numId="1" w16cid:durableId="462162919">
    <w:abstractNumId w:val="8"/>
  </w:num>
  <w:num w:numId="2" w16cid:durableId="1020547287">
    <w:abstractNumId w:val="6"/>
  </w:num>
  <w:num w:numId="3" w16cid:durableId="358161948">
    <w:abstractNumId w:val="5"/>
  </w:num>
  <w:num w:numId="4" w16cid:durableId="404183348">
    <w:abstractNumId w:val="4"/>
  </w:num>
  <w:num w:numId="5" w16cid:durableId="1617180334">
    <w:abstractNumId w:val="7"/>
  </w:num>
  <w:num w:numId="6" w16cid:durableId="754323228">
    <w:abstractNumId w:val="3"/>
  </w:num>
  <w:num w:numId="7" w16cid:durableId="160392862">
    <w:abstractNumId w:val="2"/>
  </w:num>
  <w:num w:numId="8" w16cid:durableId="541211743">
    <w:abstractNumId w:val="1"/>
  </w:num>
  <w:num w:numId="9" w16cid:durableId="2107001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C7"/>
    <w:rsid w:val="00034616"/>
    <w:rsid w:val="0006063C"/>
    <w:rsid w:val="00075765"/>
    <w:rsid w:val="00137570"/>
    <w:rsid w:val="0015074B"/>
    <w:rsid w:val="001615FE"/>
    <w:rsid w:val="001B3D3B"/>
    <w:rsid w:val="0029639D"/>
    <w:rsid w:val="00326F90"/>
    <w:rsid w:val="00602ACE"/>
    <w:rsid w:val="007D4098"/>
    <w:rsid w:val="008D4868"/>
    <w:rsid w:val="00AA1D8D"/>
    <w:rsid w:val="00B47730"/>
    <w:rsid w:val="00B908C7"/>
    <w:rsid w:val="00CB0664"/>
    <w:rsid w:val="00ED47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B71329"/>
  <w14:defaultImageDpi w14:val="300"/>
  <w15:docId w15:val="{706443E5-7C7D-4A31-804D-1DCF0B8D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rial" w:hAnsi="Arial"/>
      <w:color w:val="333333"/>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412</Words>
  <Characters>2268</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Jolande Tuinier</dc:creator>
  <cp:keywords/>
  <dc:description>generated by python-docx</dc:description>
  <cp:lastModifiedBy>Jolande Tuinier</cp:lastModifiedBy>
  <cp:revision>2</cp:revision>
  <dcterms:created xsi:type="dcterms:W3CDTF">2026-09-15T08:08:00Z</dcterms:created>
  <dcterms:modified xsi:type="dcterms:W3CDTF">2026-09-15T08:08:00Z</dcterms:modified>
  <cp:category/>
</cp:coreProperties>
</file>